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חג הסיגד · אתר לכיתה – יסודי וחט״ב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חג הסיגד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מקורות חג הסיגד ומנהגיו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הקשר לקהילת ביתא ישראל ולירושלים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מושגי יסוד הקשורים לחג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50 יום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השתחוות וסגידה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מצוין בתיאור החג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זהו המנהג העתיק שתואר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1. 50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ירושלים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סיני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(השתחוות וסגידה)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(ספר התורה של הקהילה)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(איש דת מוביל תפילה)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(מקום התפילה בירושלים)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של המנהג העתיק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בני הקהילה עולים להר גבוה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הקהילה צמה ומתפללת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הקסים קוראים מתוך ספר האורית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הקהילה מבקשת לשוב לירושלים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שאלה פתוחה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טובה תכלול: הסבר על הגעגוע לירושלים, המנהג העתיק של העלייה להר, והקשר לתפילה המודרנית בארמון הנציב כחג ממלכתי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השתחוות וסגידה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50 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בטיילת ארמון הנציב בירושלים, מול הר הבית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בסרטון קצר על מנהגי החג לפני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את הקשר בין המסורת העתיקה לחג הממלכתי של היום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בגרסה לחינוך מיוחד מומלץ להתמקד בשאלות הבסיסיות ולדלג על הפריטים המסומנים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חג הסיגד · אתר לכיתה – יסודי וחט״ב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חג הסיגד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חג הסיגד הוא חג של קהילת ביתא ישראל, יהודי אתיופיה. בדף זה נתרגל מושגים חשובים הקשורים לחג, למנהגיו ולמשמעותו.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ירושלים  ·  סיני  ·  50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כמה ימים אחרי יום הכיפורים חל חג הסיגד?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30 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40 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50 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המשמעות של המילה סיגד בשפת געז?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שמחה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השתחוות וסגידה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ריקוד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חג הסיגד הוא חג של קהילת ביתא ישראל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בעבר עלו בני הקהילה להר גבוה בחג הסיגד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חג הסיגד חל __________ יום אחרי יום הכיפורים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בני הקהילה ביקשו לשוב אל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ההר שאליו עלו בני הקהילה הוא זכר למעמד הר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סיגד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מקום התפילה בירושלים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אורית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איש דת מוביל תפילה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קס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השתחוות וסגידה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ארמון הנציב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ספר התורה של הקהילה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נכון של המנהג העתיק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הקהילה מבקשת לשוב לירושלים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בני הקהילה עולים להר גבוה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הקהילה צמה ומתפללת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הקסים קוראים מתוך ספר האורית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שאלה פתוחה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פסקה קצרה המסבירה מה המשמעות של חג הסיגד עבור קהילת ביתא ישראל, וכיצד החג מתקיים כיום בישראל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פירוש המילה סיגד?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כמה ימים אחרי יום כיפור חל החג?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חג הסיגד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