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מקורות חג הסיגד ומנהגיו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לקהילת ביתא ישראל ולירושלים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הקשורים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50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ספר התורה של הקהילה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בטיילת ארמון הנציב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הקס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בתיאור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המנהג העתיק שתואר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בני הקהילה צמו ביום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התפילה נערכת מול הר הבית בארמון הנציב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חג ממלכתי כבר משנת 2008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ממלכתי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(השתחוות וסגידה)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(ספר התורה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(איש דת מוביל תפילה)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(מקום התפילה בירושלים)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(זכר למעמד הר סיני)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המנהג העתיק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 הקהילה עולים להר גבוה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הקהילה צמה ומתפללת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הקסים קוראים מתוך ספר האורית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הקהילה מבקשת לשוב לירושלים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הסבר על הגעגוע לירושלים, המנהג העתיק של העלייה להר, והקשר לתפילה המודרנית בארמון הנציב כחג ממלכתי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השתחוות וסגידה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50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בטיילת ארמון הנציב בירושלים, מול הר 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בסרטון קצר על מנהגי החג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המסורת העתיקה לחג הממלכתי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מומלץ להתמקד בשאלות הבסיסיות ולדלג על הפריטים המסומנים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חג הסיגד · אתר לכיתה – יסודי וחט״ב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חג הסיגד הוא חג של יהודי אתיופיה. בדף נלמד מילים וסיפורים על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בשפת געז שפירושה השתחוות או תפילה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ביתא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הקהילה של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התורה של הקהילה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 הדת המוביל את התפילה בקהילה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עתיקה שבה נאמרות תפילות הקהילה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ארמון הנציב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בירושלים שבו נערכת התפילה המרכזית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ממלכתי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שמוכר רשמית במדינת ישראל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ימים אחרי יום כיפור חוגגים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נדודים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ספר 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 התורה של 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 היסטוריה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לוח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שנה הסיגד הוא חג רשמי?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1998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מתפללים בחג הסיגד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בטיילת ארמון הנציב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בהר הגעש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קורא מהספר הקדוש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ילדי 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של קהילת ביתא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בעבר עלו בני הקהילה להר גבוה בחג הסיגד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נהוג לאכול ולשתות לאורך כל היום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התפילה המרכזית של החג מתקיימת מול הכותל המערבי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הפך לחג ממלכתי רק לאחרונה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__________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בני הקהילה ביקשו לשוב אל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ההר שאליו עלו בני הקהילה הוא זכר למעמד הר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 הוא ספר התורה של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סיגד בשפת געז פירושה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מאז שנת 2008 הסיגד הוא חג __________ בישראל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התפילה בירושלים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זכר למעמד הר סיני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השתחוות וסגידה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ארמון הנציב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 התורה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איש דת מוביל תפילה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המנהג העתיק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קוראים מתוך ספר האורית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הקהילה מבקשת לשוב לירושלים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הקהילה עולים להר גבוה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הקהילה צמה ומתפללת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המסבירה מה המשמעות של חג הסיגד עבור קהילת ביתא ישראל, וכיצד החג מתקיים כיום בישראל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ימים אחרי יום כיפור חל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היכן נערכת התפילה המרכזית כיום?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