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מקורות חג הסיגד ומנהגיו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לקהילת ביתא ישראל ולירושלים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ספר התורה של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בטיילת ארמון הנציב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המנהג העתיק שתואר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בני הקהילה צמו ביום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התפילה נערכת מול הר הבית בארמון הנציב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חג ממלכתי כבר משנת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ממלכתי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(השתחוות וסגידה)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 דת מוביל 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(מקום התפילה בירושלים)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(זכר למעמד הר סיני)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המנהג 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הקהילה עולים להר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הקהילה צמה ומתפללת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קוראים מתוך ספר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הקהילה מבקשת לשוב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הסבר על הגעגוע לירושלים, המנהג העתיק של העלייה להר, והקשר לתפילה המודרנית בארמון הנציב כחג ממלכתי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השתחוות וסגידה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50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בטיילת ארמון הנציב בירושלים, מול הר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בסרטון קצר על מנהגי החג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המסורת העתיקה לחג הממלכתי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להתמקד בשאלות הבסיסיות ולדלג על 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קהילת ביתא ישראל, יהודי אתיופיה. בדף זה נתרגל מושגים חשובים הקשורים לחג, למנהגיו ולמשמעותו.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סיגד בשפת 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ספר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התורה של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שנה הסיגד הוא חג ממלכתי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היכן נערכת התפילה המרכזית של חג הסיגד כיום?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בטיילת ארמון הנציב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בהר הגעש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קורא מתוך ספר האורית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של קהילת ביתא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 עלו בני הקהילה להר גבוה בחג הסיגד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לאכול ולשתות לאורך כל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התפילה המרכזית של החג מתקיימת מול הכותל המערבי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הפך לחג ממלכתי רק לאחרונה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__________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בני הקהילה ביקשו לשוב אל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ההר שאליו עלו בני הקהילה הוא זכר למעמד הר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הוא ספר התורה של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סיגד בשפת געז פירושה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מאז שנת 2008 הסיגד הוא חג __________ בישראל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זכר למעמד הר סיני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 דת מוביל 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השתחוות וסגידה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התפילה בירושלים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המנהג העתיק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קוראים מתוך ספר האורית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הקהילה מבקשת לשוב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הקהילה צמה ומתפללת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הקהילה עולים להר גבוה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המסבירה מה המשמעות של חג הסיגד עבור קהילת ביתא ישראל, וכיצד החג מתקיים כיום בישראל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אחרי יום כיפור חל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היכן נערכת התפילה המרכזית כיום?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